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FB7" w:rsidRDefault="00803B26" w:rsidP="0034748A">
      <w:pPr>
        <w:pStyle w:val="Heading1"/>
        <w:spacing w:before="0"/>
      </w:pPr>
      <w:r>
        <w:t>TENNERIS</w:t>
      </w:r>
    </w:p>
    <w:p w:rsidR="00374FB7" w:rsidRDefault="00803B26" w:rsidP="0034748A">
      <w:pPr>
        <w:pStyle w:val="Heading2"/>
        <w:spacing w:before="0"/>
      </w:pPr>
      <w:r>
        <w:t>Formulář pro vrácení nebo výměnu šperku</w:t>
      </w:r>
    </w:p>
    <w:p w:rsidR="00374FB7" w:rsidRDefault="00803B26" w:rsidP="0034748A">
      <w:r>
        <w:t>Vážíme si Vaší důvěry a uděláme vše pro to, aby proces vrácení či výměny proběhl rychle a bez komplikací.</w:t>
      </w:r>
      <w:r>
        <w:br/>
      </w:r>
    </w:p>
    <w:p w:rsidR="00374FB7" w:rsidRPr="0034748A" w:rsidRDefault="00803B26" w:rsidP="0034748A">
      <w:pPr>
        <w:pStyle w:val="Heading3"/>
        <w:spacing w:before="0"/>
        <w:rPr>
          <w:lang w:val="pl-PL"/>
        </w:rPr>
      </w:pPr>
      <w:r w:rsidRPr="0034748A">
        <w:rPr>
          <w:lang w:val="pl-PL"/>
        </w:rPr>
        <w:t>Údaje o objednávce</w:t>
      </w:r>
    </w:p>
    <w:p w:rsidR="00374FB7" w:rsidRPr="0034748A" w:rsidRDefault="00803B26" w:rsidP="0034748A">
      <w:pPr>
        <w:rPr>
          <w:lang w:val="pl-PL"/>
        </w:rPr>
      </w:pPr>
      <w:r w:rsidRPr="0034748A">
        <w:rPr>
          <w:lang w:val="pl-PL"/>
        </w:rPr>
        <w:t>Číslo objednávky: ________________________________</w:t>
      </w:r>
    </w:p>
    <w:p w:rsidR="00374FB7" w:rsidRPr="0034748A" w:rsidRDefault="00803B26" w:rsidP="0034748A">
      <w:pPr>
        <w:rPr>
          <w:lang w:val="pl-PL"/>
        </w:rPr>
      </w:pPr>
      <w:r w:rsidRPr="0034748A">
        <w:rPr>
          <w:lang w:val="pl-PL"/>
        </w:rPr>
        <w:t>Datum převzetí zásilky: __________________________</w:t>
      </w:r>
    </w:p>
    <w:p w:rsidR="00374FB7" w:rsidRPr="0034748A" w:rsidRDefault="00803B26" w:rsidP="0034748A">
      <w:pPr>
        <w:rPr>
          <w:lang w:val="pl-PL"/>
        </w:rPr>
      </w:pPr>
      <w:r w:rsidRPr="0034748A">
        <w:rPr>
          <w:lang w:val="pl-PL"/>
        </w:rPr>
        <w:t>Jméno a příjmení: _______________________________</w:t>
      </w:r>
    </w:p>
    <w:p w:rsidR="00374FB7" w:rsidRPr="0034748A" w:rsidRDefault="00803B26" w:rsidP="0034748A">
      <w:pPr>
        <w:rPr>
          <w:lang w:val="pl-PL"/>
        </w:rPr>
      </w:pPr>
      <w:r w:rsidRPr="0034748A">
        <w:rPr>
          <w:lang w:val="pl-PL"/>
        </w:rPr>
        <w:t>E-mail: ________________________________________</w:t>
      </w:r>
    </w:p>
    <w:p w:rsidR="00374FB7" w:rsidRPr="0034748A" w:rsidRDefault="00803B26" w:rsidP="0034748A">
      <w:pPr>
        <w:rPr>
          <w:lang w:val="pl-PL"/>
        </w:rPr>
      </w:pPr>
      <w:r w:rsidRPr="0034748A">
        <w:rPr>
          <w:lang w:val="pl-PL"/>
        </w:rPr>
        <w:t>Telefon: _______________________________________</w:t>
      </w:r>
    </w:p>
    <w:p w:rsidR="00374FB7" w:rsidRPr="0034748A" w:rsidRDefault="00803B26" w:rsidP="0034748A">
      <w:pPr>
        <w:pStyle w:val="Heading3"/>
        <w:spacing w:before="0"/>
        <w:rPr>
          <w:lang w:val="pl-PL"/>
        </w:rPr>
      </w:pPr>
      <w:r w:rsidRPr="0034748A">
        <w:rPr>
          <w:lang w:val="pl-PL"/>
        </w:rPr>
        <w:t>Informace o šperku</w:t>
      </w:r>
    </w:p>
    <w:p w:rsidR="00374FB7" w:rsidRPr="0034748A" w:rsidRDefault="00803B26" w:rsidP="0034748A">
      <w:pPr>
        <w:rPr>
          <w:lang w:val="pl-PL"/>
        </w:rPr>
      </w:pPr>
      <w:r w:rsidRPr="0034748A">
        <w:rPr>
          <w:lang w:val="pl-PL"/>
        </w:rPr>
        <w:t>Název šperku / kód produktu: ______________________________</w:t>
      </w:r>
    </w:p>
    <w:p w:rsidR="00374FB7" w:rsidRPr="0034748A" w:rsidRDefault="00803B26" w:rsidP="0034748A">
      <w:pPr>
        <w:pStyle w:val="Heading3"/>
        <w:spacing w:before="0"/>
        <w:rPr>
          <w:lang w:val="pl-PL"/>
        </w:rPr>
      </w:pPr>
      <w:r w:rsidRPr="0034748A">
        <w:rPr>
          <w:lang w:val="pl-PL"/>
        </w:rPr>
        <w:t>Typ požadavku</w:t>
      </w:r>
    </w:p>
    <w:p w:rsidR="00374FB7" w:rsidRPr="0034748A" w:rsidRDefault="00803B26" w:rsidP="0034748A">
      <w:pPr>
        <w:rPr>
          <w:lang w:val="pl-PL"/>
        </w:rPr>
      </w:pPr>
      <w:r w:rsidRPr="0034748A">
        <w:rPr>
          <w:lang w:val="pl-PL"/>
        </w:rPr>
        <w:t>☐ Vrácení zboží a vrácení platby</w:t>
      </w:r>
    </w:p>
    <w:p w:rsidR="00374FB7" w:rsidRPr="0034748A" w:rsidRDefault="00803B26" w:rsidP="0034748A">
      <w:pPr>
        <w:rPr>
          <w:lang w:val="pl-PL"/>
        </w:rPr>
      </w:pPr>
      <w:r w:rsidRPr="0034748A">
        <w:rPr>
          <w:lang w:val="pl-PL"/>
        </w:rPr>
        <w:t>☐ Výměna šperku</w:t>
      </w:r>
    </w:p>
    <w:p w:rsidR="00374FB7" w:rsidRPr="0034748A" w:rsidRDefault="00803B26" w:rsidP="0034748A">
      <w:pPr>
        <w:rPr>
          <w:lang w:val="pl-PL"/>
        </w:rPr>
      </w:pPr>
      <w:r w:rsidRPr="0034748A">
        <w:rPr>
          <w:lang w:val="pl-PL"/>
        </w:rPr>
        <w:t>Důvod vrácení nebo výměny:</w:t>
      </w:r>
    </w:p>
    <w:p w:rsidR="00374FB7" w:rsidRPr="0034748A" w:rsidRDefault="00803B26" w:rsidP="0034748A">
      <w:pPr>
        <w:rPr>
          <w:lang w:val="pl-PL"/>
        </w:rPr>
      </w:pPr>
      <w:r w:rsidRPr="0034748A">
        <w:rPr>
          <w:lang w:val="pl-PL"/>
        </w:rPr>
        <w:t>________________________________________________________</w:t>
      </w:r>
    </w:p>
    <w:p w:rsidR="00374FB7" w:rsidRPr="0034748A" w:rsidRDefault="00803B26" w:rsidP="0034748A">
      <w:pPr>
        <w:rPr>
          <w:lang w:val="pl-PL"/>
        </w:rPr>
      </w:pPr>
      <w:r w:rsidRPr="0034748A">
        <w:rPr>
          <w:lang w:val="pl-PL"/>
        </w:rPr>
        <w:t>________________________________________________________</w:t>
      </w:r>
    </w:p>
    <w:p w:rsidR="00374FB7" w:rsidRPr="0034748A" w:rsidRDefault="00803B26" w:rsidP="0034748A">
      <w:pPr>
        <w:pStyle w:val="Heading3"/>
        <w:spacing w:before="0"/>
        <w:rPr>
          <w:lang w:val="pl-PL"/>
        </w:rPr>
      </w:pPr>
      <w:r w:rsidRPr="0034748A">
        <w:rPr>
          <w:lang w:val="pl-PL"/>
        </w:rPr>
        <w:t>V případě výměny</w:t>
      </w:r>
    </w:p>
    <w:p w:rsidR="0034748A" w:rsidRPr="0034748A" w:rsidRDefault="00803B26" w:rsidP="0034748A">
      <w:pPr>
        <w:rPr>
          <w:lang w:val="pl-PL"/>
        </w:rPr>
      </w:pPr>
      <w:r w:rsidRPr="0034748A">
        <w:rPr>
          <w:lang w:val="pl-PL"/>
        </w:rPr>
        <w:t>Požadovaný model / velikost: _____________________________</w:t>
      </w:r>
    </w:p>
    <w:p w:rsidR="00374FB7" w:rsidRPr="0034748A" w:rsidRDefault="00803B26" w:rsidP="0034748A">
      <w:pPr>
        <w:pStyle w:val="Heading3"/>
        <w:spacing w:before="0"/>
        <w:rPr>
          <w:lang w:val="pl-PL"/>
        </w:rPr>
      </w:pPr>
      <w:r w:rsidRPr="0034748A">
        <w:rPr>
          <w:lang w:val="pl-PL"/>
        </w:rPr>
        <w:t>Údaje pro vrácení platby</w:t>
      </w:r>
    </w:p>
    <w:p w:rsidR="00374FB7" w:rsidRPr="0034146E" w:rsidRDefault="00803B26" w:rsidP="0034748A">
      <w:pPr>
        <w:rPr>
          <w:b/>
          <w:sz w:val="18"/>
          <w:szCs w:val="18"/>
          <w:lang w:val="pl-PL"/>
        </w:rPr>
      </w:pPr>
      <w:r w:rsidRPr="0034146E">
        <w:rPr>
          <w:b/>
          <w:sz w:val="18"/>
          <w:szCs w:val="18"/>
          <w:lang w:val="pl-PL"/>
        </w:rPr>
        <w:t>Platbu za vrácené zboží standardně vracíme stejným způsobem, jakým byla objednávka uhrazena, a to v souladu s platnými právními předpisy a obchodními podmínkami společnosti TENNERIS.</w:t>
      </w:r>
    </w:p>
    <w:p w:rsidR="00374FB7" w:rsidRPr="0034748A" w:rsidRDefault="00803B26" w:rsidP="0034748A">
      <w:pPr>
        <w:rPr>
          <w:sz w:val="18"/>
          <w:szCs w:val="18"/>
          <w:lang w:val="pl-PL"/>
        </w:rPr>
      </w:pPr>
      <w:r w:rsidRPr="0034748A">
        <w:rPr>
          <w:sz w:val="18"/>
          <w:szCs w:val="18"/>
          <w:lang w:val="pl-PL"/>
        </w:rPr>
        <w:t>Pokud si přejete vrátit platbu na jiný bankovní účet, vyplňte prosím následující údaje:</w:t>
      </w:r>
    </w:p>
    <w:p w:rsidR="00374FB7" w:rsidRPr="0034748A" w:rsidRDefault="00803B26" w:rsidP="0034748A">
      <w:pPr>
        <w:rPr>
          <w:lang w:val="pl-PL"/>
        </w:rPr>
      </w:pPr>
      <w:r w:rsidRPr="0034748A">
        <w:rPr>
          <w:lang w:val="pl-PL"/>
        </w:rPr>
        <w:t>Číslo účtu / IBAN: _______________________________________</w:t>
      </w:r>
    </w:p>
    <w:p w:rsidR="00374FB7" w:rsidRPr="0034748A" w:rsidRDefault="00803B26" w:rsidP="0034748A">
      <w:pPr>
        <w:pStyle w:val="Heading3"/>
        <w:spacing w:before="0"/>
        <w:rPr>
          <w:lang w:val="pl-PL"/>
        </w:rPr>
      </w:pPr>
      <w:r w:rsidRPr="0034748A">
        <w:rPr>
          <w:lang w:val="pl-PL"/>
        </w:rPr>
        <w:t>Adresa pro zaslání vraceného zboží</w:t>
      </w:r>
    </w:p>
    <w:p w:rsidR="00A54892" w:rsidRPr="00C80521" w:rsidRDefault="00A54892" w:rsidP="0034748A">
      <w:pPr>
        <w:rPr>
          <w:lang w:val="pl-PL"/>
        </w:rPr>
      </w:pPr>
      <w:r w:rsidRPr="00C80521">
        <w:rPr>
          <w:lang w:val="pl-PL"/>
        </w:rPr>
        <w:t>TENNERIS</w:t>
      </w:r>
      <w:r w:rsidRPr="00C80521">
        <w:rPr>
          <w:lang w:val="pl-PL"/>
        </w:rPr>
        <w:br/>
        <w:t>Vrbno 97</w:t>
      </w:r>
      <w:r w:rsidRPr="00C80521">
        <w:rPr>
          <w:lang w:val="pl-PL"/>
        </w:rPr>
        <w:br/>
        <w:t>27601, Vrbno – Hořín</w:t>
      </w:r>
    </w:p>
    <w:p w:rsidR="0034748A" w:rsidRPr="00C80521" w:rsidRDefault="0034748A" w:rsidP="0034748A">
      <w:pPr>
        <w:rPr>
          <w:lang w:val="pl-PL"/>
        </w:rPr>
      </w:pPr>
      <w:r w:rsidRPr="00C80521">
        <w:rPr>
          <w:b/>
          <w:lang w:val="pl-PL"/>
        </w:rPr>
        <w:t>Nezapomeňte přidat naše tel. číslo</w:t>
      </w:r>
      <w:r w:rsidR="0070467E" w:rsidRPr="00C80521">
        <w:rPr>
          <w:b/>
          <w:lang w:val="pl-PL"/>
        </w:rPr>
        <w:t xml:space="preserve"> 774 597 955</w:t>
      </w:r>
      <w:r w:rsidRPr="00C80521">
        <w:rPr>
          <w:b/>
          <w:lang w:val="pl-PL"/>
        </w:rPr>
        <w:t>, kdyby se zásilka zatoulala</w:t>
      </w:r>
      <w:r w:rsidRPr="00C80521">
        <w:rPr>
          <w:lang w:val="pl-PL"/>
        </w:rPr>
        <w:t>.</w:t>
      </w:r>
    </w:p>
    <w:p w:rsidR="00374FB7" w:rsidRDefault="00803B26" w:rsidP="0034748A">
      <w:r w:rsidRPr="00C80521">
        <w:rPr>
          <w:lang w:val="pl-PL"/>
        </w:rPr>
        <w:br/>
      </w:r>
      <w:r w:rsidRPr="0034748A">
        <w:rPr>
          <w:lang w:val="pl-PL"/>
        </w:rPr>
        <w:t xml:space="preserve">Děkujeme, že jste si vybrali TENNERIS. </w:t>
      </w:r>
      <w:proofErr w:type="spellStart"/>
      <w:r>
        <w:t>Vaše</w:t>
      </w:r>
      <w:proofErr w:type="spellEnd"/>
      <w:r>
        <w:t xml:space="preserve"> </w:t>
      </w:r>
      <w:proofErr w:type="spellStart"/>
      <w:r>
        <w:t>spokojenost</w:t>
      </w:r>
      <w:proofErr w:type="spellEnd"/>
      <w:r>
        <w:t xml:space="preserve"> je pro nás prioritou.</w:t>
      </w:r>
    </w:p>
    <w:sectPr w:rsidR="00374FB7" w:rsidSect="0034748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seFELayout/>
  </w:compat>
  <w:rsids>
    <w:rsidRoot w:val="00B47730"/>
    <w:rsid w:val="00034616"/>
    <w:rsid w:val="0006063C"/>
    <w:rsid w:val="0015074B"/>
    <w:rsid w:val="0029639D"/>
    <w:rsid w:val="00326F90"/>
    <w:rsid w:val="0034146E"/>
    <w:rsid w:val="0034748A"/>
    <w:rsid w:val="00374FB7"/>
    <w:rsid w:val="004A015E"/>
    <w:rsid w:val="00687F61"/>
    <w:rsid w:val="0070467E"/>
    <w:rsid w:val="00732111"/>
    <w:rsid w:val="00803B26"/>
    <w:rsid w:val="00A54892"/>
    <w:rsid w:val="00AA1D8D"/>
    <w:rsid w:val="00B47730"/>
    <w:rsid w:val="00C80521"/>
    <w:rsid w:val="00CB0664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C9A4E79-323D-47FE-B52F-00887378A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198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1366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Luděk Vondráček</cp:lastModifiedBy>
  <cp:revision>6</cp:revision>
  <dcterms:created xsi:type="dcterms:W3CDTF">2026-06-09T06:11:00Z</dcterms:created>
  <dcterms:modified xsi:type="dcterms:W3CDTF">2026-08-31T14:10:00Z</dcterms:modified>
</cp:coreProperties>
</file>